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Substance &amp; Form Project Brief</w:t>
      </w:r>
    </w:p>
    <w:p>
      <w:r>
        <w:t>Tell us what you are creating and what it should help you achieve. Short answers are sufficient. We will review the brief and recommend a written scope.</w:t>
      </w:r>
    </w:p>
    <w:p>
      <w:pPr>
        <w:pStyle w:val="Heading2"/>
      </w:pPr>
      <w:r>
        <w:t>Your details</w:t>
      </w:r>
    </w:p>
    <w:p>
      <w:r>
        <w:t>Name:</w:t>
        <w:br/>
        <w:t>Email:</w:t>
        <w:br/>
        <w:t>Company or consultancy:</w:t>
      </w:r>
    </w:p>
    <w:p>
      <w:r>
        <w:t>Response: __________________________________________________________</w:t>
      </w:r>
    </w:p>
    <w:p>
      <w:pPr>
        <w:pStyle w:val="Heading2"/>
      </w:pPr>
      <w:r>
        <w:t>The deliverable</w:t>
      </w:r>
    </w:p>
    <w:p>
      <w:r>
        <w:t>What are you creating? Proposal / presentation / report / learning materials / other:</w:t>
        <w:br/>
        <w:t>Approximate page or slide count if known:</w:t>
      </w:r>
    </w:p>
    <w:p>
      <w:r>
        <w:t>Response: __________________________________________________________</w:t>
      </w:r>
    </w:p>
    <w:p>
      <w:pPr>
        <w:pStyle w:val="Heading2"/>
      </w:pPr>
      <w:r>
        <w:t>Purpose and audience</w:t>
      </w:r>
    </w:p>
    <w:p>
      <w:r>
        <w:t>What should this deliverable help you achieve?</w:t>
        <w:br/>
        <w:t>Who will read or receive it?</w:t>
        <w:br/>
        <w:t>What decision or action should they take?</w:t>
      </w:r>
    </w:p>
    <w:p>
      <w:r>
        <w:t>Response: __________________________________________________________</w:t>
      </w:r>
    </w:p>
    <w:p>
      <w:pPr>
        <w:pStyle w:val="Heading2"/>
      </w:pPr>
      <w:r>
        <w:t>Source material</w:t>
      </w:r>
    </w:p>
    <w:p>
      <w:r>
        <w:t>What documents, notes, research or data already exist?</w:t>
        <w:br/>
        <w:t>What is complete, and what still needs development?</w:t>
      </w:r>
    </w:p>
    <w:p>
      <w:r>
        <w:t>Response: __________________________________________________________</w:t>
      </w:r>
    </w:p>
    <w:p>
      <w:pPr>
        <w:pStyle w:val="Heading2"/>
      </w:pPr>
      <w:r>
        <w:t>Support required</w:t>
      </w:r>
    </w:p>
    <w:p>
      <w:r>
        <w:t>Polish existing content / help structure the content / build from source material:</w:t>
        <w:br/>
        <w:t>Is external research required? If yes, what questions should it answer?</w:t>
      </w:r>
    </w:p>
    <w:p>
      <w:r>
        <w:t>Response: __________________________________________________________</w:t>
      </w:r>
    </w:p>
    <w:p>
      <w:r>
        <w:br w:type="page"/>
      </w:r>
    </w:p>
    <w:p>
      <w:pPr>
        <w:pStyle w:val="Heading1"/>
      </w:pPr>
      <w:r>
        <w:t>Delivery requirements</w:t>
      </w:r>
    </w:p>
    <w:p>
      <w:pPr>
        <w:pStyle w:val="Heading2"/>
      </w:pPr>
      <w:r>
        <w:t>Timing</w:t>
      </w:r>
    </w:p>
    <w:p>
      <w:r>
        <w:t>Required final date:</w:t>
        <w:br/>
        <w:t>Is there an earlier review or presentation date?</w:t>
        <w:br/>
        <w:t>Who will consolidate feedback?</w:t>
      </w:r>
    </w:p>
    <w:p>
      <w:r>
        <w:t>Response: __________________________________________________________</w:t>
      </w:r>
    </w:p>
    <w:p>
      <w:pPr>
        <w:pStyle w:val="Heading2"/>
      </w:pPr>
      <w:r>
        <w:t>Brand and files</w:t>
      </w:r>
    </w:p>
    <w:p>
      <w:r>
        <w:t>Do you have brand guidelines or a mandatory template?</w:t>
        <w:br/>
        <w:t>What editable format do you need? Word / PowerPoint / other:</w:t>
        <w:br/>
        <w:t>Do you also need a final PDF?</w:t>
      </w:r>
    </w:p>
    <w:p>
      <w:r>
        <w:t>Response: __________________________________________________________</w:t>
      </w:r>
    </w:p>
    <w:p>
      <w:pPr>
        <w:pStyle w:val="Heading2"/>
      </w:pPr>
      <w:r>
        <w:t>Budget</w:t>
      </w:r>
    </w:p>
    <w:p>
      <w:r>
        <w:t>Indicative budget in US dollars: Under 1,000 / 1,000–2,000 / 2,000–5,000 / 5,000+</w:t>
      </w:r>
    </w:p>
    <w:p>
      <w:r>
        <w:t>Response: __________________________________________________________</w:t>
      </w:r>
    </w:p>
    <w:p>
      <w:pPr>
        <w:pStyle w:val="Heading2"/>
      </w:pPr>
      <w:r>
        <w:t>Confidentiality</w:t>
      </w:r>
    </w:p>
    <w:p>
      <w:r>
        <w:t>Is an NDA needed before sharing files?</w:t>
        <w:br/>
        <w:t>Are there restrictions on file handling or AI-assisted processing?</w:t>
        <w:br/>
        <w:t>Do you have authority to share and use the supplied material?</w:t>
      </w:r>
    </w:p>
    <w:p>
      <w:r>
        <w:t>Response: __________________________________________________________</w:t>
      </w:r>
    </w:p>
    <w:p>
      <w:pPr>
        <w:pStyle w:val="Heading2"/>
      </w:pPr>
      <w:r>
        <w:t>Additional context</w:t>
      </w:r>
    </w:p>
    <w:p>
      <w:r>
        <w:t>Anything else we should understand before reviewing the project?</w:t>
      </w:r>
    </w:p>
    <w:p>
      <w:r>
        <w:t>Response: __________________________________________________________</w:t>
      </w:r>
    </w:p>
    <w:p>
      <w:r>
        <w:t>Return this brief with a list of available files. We will agree the transfer method before sensitive files are shared. Submitting a brief does not commit you to a project.</w:t>
      </w:r>
    </w:p>
    <w:sectPr w:rsidR="00FC693F" w:rsidRPr="0006063C" w:rsidSect="00034616">
      <w:footerReference w:type="default" r:id="rId9"/>
      <w:pgSz w:w="11909" w:h="16834"/>
      <w:pgMar w:top="1037" w:right="1123" w:bottom="936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66666"/>
        <w:sz w:val="16"/>
      </w:rPr>
      <w:t xml:space="preserve">Substance &amp; Form  /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69" w:lineRule="auto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3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4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 &amp; Form Project Brief</dc:title>
  <dc:subject/>
  <dc:creator>Substance &amp; Form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